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617" w:rsidRPr="002C584E" w:rsidRDefault="002D2C50">
      <w:pPr>
        <w:spacing w:after="40"/>
        <w:jc w:val="center"/>
        <w:rPr>
          <w:lang w:val="uk-UA"/>
        </w:rPr>
      </w:pPr>
      <w:r w:rsidRPr="002C584E">
        <w:rPr>
          <w:b/>
          <w:color w:val="1F4E79"/>
          <w:sz w:val="38"/>
          <w:lang w:val="uk-UA"/>
        </w:rPr>
        <w:t>АТЕСТАЦІЯ</w:t>
      </w:r>
    </w:p>
    <w:p w:rsidR="002F3617" w:rsidRPr="002C584E" w:rsidRDefault="002D2C50">
      <w:pPr>
        <w:spacing w:after="20"/>
        <w:jc w:val="center"/>
        <w:rPr>
          <w:lang w:val="uk-UA"/>
        </w:rPr>
      </w:pPr>
      <w:r w:rsidRPr="002C584E">
        <w:rPr>
          <w:b/>
          <w:sz w:val="22"/>
          <w:lang w:val="uk-UA"/>
        </w:rPr>
        <w:t>керівних та педагогічних працівників закладів освіти</w:t>
      </w:r>
    </w:p>
    <w:p w:rsidR="002F3617" w:rsidRPr="002C584E" w:rsidRDefault="002D2C50">
      <w:pPr>
        <w:spacing w:after="20"/>
        <w:jc w:val="center"/>
        <w:rPr>
          <w:lang w:val="uk-UA"/>
        </w:rPr>
      </w:pPr>
      <w:proofErr w:type="spellStart"/>
      <w:r w:rsidRPr="002C584E">
        <w:rPr>
          <w:b/>
          <w:sz w:val="22"/>
          <w:lang w:val="uk-UA"/>
        </w:rPr>
        <w:t>Новоодеської</w:t>
      </w:r>
      <w:proofErr w:type="spellEnd"/>
      <w:r w:rsidRPr="002C584E">
        <w:rPr>
          <w:b/>
          <w:sz w:val="22"/>
          <w:lang w:val="uk-UA"/>
        </w:rPr>
        <w:t xml:space="preserve"> міської ради</w:t>
      </w:r>
    </w:p>
    <w:p w:rsidR="002F3617" w:rsidRPr="002C584E" w:rsidRDefault="002D2C50">
      <w:pPr>
        <w:spacing w:after="20"/>
        <w:jc w:val="center"/>
        <w:rPr>
          <w:lang w:val="uk-UA"/>
        </w:rPr>
      </w:pPr>
      <w:r w:rsidRPr="002C584E">
        <w:rPr>
          <w:sz w:val="20"/>
          <w:lang w:val="uk-UA"/>
        </w:rPr>
        <w:t>(2026–2027 н. р.)</w:t>
      </w: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Список членів атестаційної комісії</w:t>
      </w:r>
    </w:p>
    <w:p w:rsidR="002F3617" w:rsidRPr="002C584E" w:rsidRDefault="002D2C50" w:rsidP="002C584E">
      <w:pPr>
        <w:jc w:val="center"/>
        <w:rPr>
          <w:lang w:val="uk-UA"/>
        </w:rPr>
      </w:pPr>
      <w:r w:rsidRPr="002C584E">
        <w:rPr>
          <w:lang w:val="uk-UA"/>
        </w:rPr>
        <w:t>атестаційної комісії управління о</w:t>
      </w:r>
      <w:r w:rsidR="002C584E" w:rsidRPr="002C584E">
        <w:rPr>
          <w:lang w:val="uk-UA"/>
        </w:rPr>
        <w:t xml:space="preserve">світи </w:t>
      </w:r>
      <w:proofErr w:type="spellStart"/>
      <w:r w:rsidR="002C584E" w:rsidRPr="002C584E">
        <w:rPr>
          <w:lang w:val="uk-UA"/>
        </w:rPr>
        <w:t>Новоодеської</w:t>
      </w:r>
      <w:proofErr w:type="spellEnd"/>
      <w:r w:rsidR="002C584E" w:rsidRPr="002C584E">
        <w:rPr>
          <w:lang w:val="uk-UA"/>
        </w:rPr>
        <w:t xml:space="preserve"> міської ради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96"/>
        <w:gridCol w:w="7974"/>
      </w:tblGrid>
      <w:tr w:rsidR="002F3617" w:rsidRPr="002C584E">
        <w:trPr>
          <w:tblHeader/>
          <w:jc w:val="center"/>
        </w:trPr>
        <w:tc>
          <w:tcPr>
            <w:tcW w:w="216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Посада в комісії</w:t>
            </w:r>
          </w:p>
        </w:tc>
        <w:tc>
          <w:tcPr>
            <w:tcW w:w="8352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Посада / ПІБ</w:t>
            </w:r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Голова </w:t>
            </w:r>
            <w:r w:rsidRPr="002C584E">
              <w:rPr>
                <w:sz w:val="19"/>
                <w:lang w:val="uk-UA"/>
              </w:rPr>
              <w:t>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начальник управління освіти Надія </w:t>
            </w:r>
            <w:proofErr w:type="spellStart"/>
            <w:r w:rsidRPr="002C584E">
              <w:rPr>
                <w:sz w:val="19"/>
                <w:lang w:val="uk-UA"/>
              </w:rPr>
              <w:t>Молчановська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Секретар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фахівець групи з централізованого обслуговування закладів та установ освіти управління освіти Олена </w:t>
            </w:r>
            <w:proofErr w:type="spellStart"/>
            <w:r w:rsidRPr="002C584E">
              <w:rPr>
                <w:sz w:val="19"/>
                <w:lang w:val="uk-UA"/>
              </w:rPr>
              <w:t>Домущей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Заступник начальника управління освіти Олена </w:t>
            </w:r>
            <w:proofErr w:type="spellStart"/>
            <w:r w:rsidRPr="002C584E">
              <w:rPr>
                <w:sz w:val="19"/>
                <w:lang w:val="uk-UA"/>
              </w:rPr>
              <w:t>Бончук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Член </w:t>
            </w:r>
            <w:r w:rsidRPr="002C584E">
              <w:rPr>
                <w:sz w:val="19"/>
                <w:lang w:val="uk-UA"/>
              </w:rPr>
              <w:t>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Головний спеціаліст управління освіти Валерій Багнюк</w:t>
            </w:r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Головний спеціаліст-юрисконсульт управління освіти Валентина Довгань</w:t>
            </w:r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Начальник відділу дошкільної, загальної середньої та позашкільної світи управління освіти Валентин</w:t>
            </w:r>
            <w:r w:rsidRPr="002C584E">
              <w:rPr>
                <w:sz w:val="19"/>
                <w:lang w:val="uk-UA"/>
              </w:rPr>
              <w:t xml:space="preserve">а </w:t>
            </w:r>
            <w:proofErr w:type="spellStart"/>
            <w:r w:rsidRPr="002C584E">
              <w:rPr>
                <w:sz w:val="19"/>
                <w:lang w:val="uk-UA"/>
              </w:rPr>
              <w:t>Залевська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Головний спеціаліст відділу дошкільної, загальної середньої та позашкільної світи управління освіти Людмила </w:t>
            </w:r>
            <w:proofErr w:type="spellStart"/>
            <w:r w:rsidRPr="002C584E">
              <w:rPr>
                <w:sz w:val="19"/>
                <w:lang w:val="uk-UA"/>
              </w:rPr>
              <w:t>Омеленчук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Провідний спеціаліст відділу дошкільної, загальної середньої та позашкільної світи управління осві</w:t>
            </w:r>
            <w:r w:rsidRPr="002C584E">
              <w:rPr>
                <w:sz w:val="19"/>
                <w:lang w:val="uk-UA"/>
              </w:rPr>
              <w:t xml:space="preserve">ти Любов </w:t>
            </w:r>
            <w:proofErr w:type="spellStart"/>
            <w:r w:rsidRPr="002C584E">
              <w:rPr>
                <w:sz w:val="19"/>
                <w:lang w:val="uk-UA"/>
              </w:rPr>
              <w:t>Сокуренко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Головний економіст управління освіти Майя </w:t>
            </w:r>
            <w:proofErr w:type="spellStart"/>
            <w:r w:rsidRPr="002C584E">
              <w:rPr>
                <w:sz w:val="19"/>
                <w:lang w:val="uk-UA"/>
              </w:rPr>
              <w:t>Гіржева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Директор </w:t>
            </w:r>
            <w:proofErr w:type="spellStart"/>
            <w:r w:rsidRPr="002C584E">
              <w:rPr>
                <w:sz w:val="19"/>
                <w:lang w:val="uk-UA"/>
              </w:rPr>
              <w:t>Новоодеського</w:t>
            </w:r>
            <w:proofErr w:type="spellEnd"/>
            <w:r w:rsidRPr="002C584E">
              <w:rPr>
                <w:sz w:val="19"/>
                <w:lang w:val="uk-UA"/>
              </w:rPr>
              <w:t xml:space="preserve"> ЗДО № 5 Інна </w:t>
            </w:r>
            <w:proofErr w:type="spellStart"/>
            <w:r w:rsidRPr="002C584E">
              <w:rPr>
                <w:sz w:val="19"/>
                <w:lang w:val="uk-UA"/>
              </w:rPr>
              <w:t>Автонасова</w:t>
            </w:r>
            <w:proofErr w:type="spellEnd"/>
          </w:p>
        </w:tc>
      </w:tr>
      <w:tr w:rsidR="002F3617" w:rsidRPr="002C584E">
        <w:trPr>
          <w:jc w:val="center"/>
        </w:trPr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Член комісії</w:t>
            </w:r>
          </w:p>
        </w:tc>
        <w:tc>
          <w:tcPr>
            <w:tcW w:w="83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Голова </w:t>
            </w:r>
            <w:proofErr w:type="spellStart"/>
            <w:r w:rsidRPr="002C584E">
              <w:rPr>
                <w:sz w:val="19"/>
                <w:lang w:val="uk-UA"/>
              </w:rPr>
              <w:t>Новоодеської</w:t>
            </w:r>
            <w:proofErr w:type="spellEnd"/>
            <w:r w:rsidRPr="002C584E">
              <w:rPr>
                <w:sz w:val="19"/>
                <w:lang w:val="uk-UA"/>
              </w:rPr>
              <w:t xml:space="preserve"> районної організації профспілки працівників освіти та науки Любов </w:t>
            </w:r>
            <w:proofErr w:type="spellStart"/>
            <w:r w:rsidRPr="002C584E">
              <w:rPr>
                <w:sz w:val="19"/>
                <w:lang w:val="uk-UA"/>
              </w:rPr>
              <w:t>Соворовська</w:t>
            </w:r>
            <w:proofErr w:type="spellEnd"/>
          </w:p>
        </w:tc>
      </w:tr>
    </w:tbl>
    <w:p w:rsidR="002F3617" w:rsidRPr="002C584E" w:rsidRDefault="002F3617">
      <w:pPr>
        <w:spacing w:after="20"/>
        <w:rPr>
          <w:lang w:val="uk-UA"/>
        </w:rPr>
      </w:pP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Списки педагогічних працівників закладів освіти</w:t>
      </w:r>
      <w:r w:rsidR="002C584E">
        <w:rPr>
          <w:lang w:val="uk-UA"/>
        </w:rPr>
        <w:t>,</w:t>
      </w:r>
    </w:p>
    <w:p w:rsidR="002F3617" w:rsidRPr="002C584E" w:rsidRDefault="002D2C50" w:rsidP="002C584E">
      <w:pPr>
        <w:jc w:val="center"/>
        <w:rPr>
          <w:lang w:val="uk-UA"/>
        </w:rPr>
      </w:pPr>
      <w:r w:rsidRPr="002C584E">
        <w:rPr>
          <w:lang w:val="uk-UA"/>
        </w:rPr>
        <w:t xml:space="preserve">які атестуються атестаційною комісією управління освіти </w:t>
      </w: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ради черговим порядком у 2027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34"/>
        <w:gridCol w:w="3609"/>
        <w:gridCol w:w="5827"/>
      </w:tblGrid>
      <w:tr w:rsidR="002F3617" w:rsidRPr="002C584E">
        <w:trPr>
          <w:tblHeader/>
          <w:jc w:val="center"/>
        </w:trPr>
        <w:tc>
          <w:tcPr>
            <w:tcW w:w="64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№</w:t>
            </w:r>
          </w:p>
        </w:tc>
        <w:tc>
          <w:tcPr>
            <w:tcW w:w="374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ПІБ</w:t>
            </w:r>
          </w:p>
        </w:tc>
        <w:tc>
          <w:tcPr>
            <w:tcW w:w="61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Посада, заклад освіти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1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Колосовський</w:t>
            </w:r>
            <w:proofErr w:type="spellEnd"/>
            <w:r w:rsidRPr="002C584E">
              <w:rPr>
                <w:sz w:val="19"/>
                <w:lang w:val="uk-UA"/>
              </w:rPr>
              <w:t xml:space="preserve"> Юрій </w:t>
            </w:r>
            <w:r w:rsidRPr="002C584E">
              <w:rPr>
                <w:sz w:val="19"/>
                <w:lang w:val="uk-UA"/>
              </w:rPr>
              <w:t>Валерійович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вчитель трудового навчання, </w:t>
            </w:r>
            <w:proofErr w:type="spellStart"/>
            <w:r w:rsidRPr="002C584E">
              <w:rPr>
                <w:sz w:val="19"/>
                <w:lang w:val="uk-UA"/>
              </w:rPr>
              <w:t>Димівська</w:t>
            </w:r>
            <w:proofErr w:type="spellEnd"/>
            <w:r w:rsidRPr="002C584E">
              <w:rPr>
                <w:sz w:val="19"/>
                <w:lang w:val="uk-UA"/>
              </w:rPr>
              <w:t xml:space="preserve"> початкова школа.</w:t>
            </w:r>
          </w:p>
        </w:tc>
      </w:tr>
    </w:tbl>
    <w:p w:rsidR="002F3617" w:rsidRDefault="002F3617">
      <w:pPr>
        <w:spacing w:after="20"/>
        <w:rPr>
          <w:lang w:val="uk-UA"/>
        </w:rPr>
      </w:pPr>
    </w:p>
    <w:p w:rsidR="002C584E" w:rsidRDefault="002C584E">
      <w:pPr>
        <w:spacing w:after="20"/>
        <w:rPr>
          <w:lang w:val="uk-UA"/>
        </w:rPr>
      </w:pPr>
    </w:p>
    <w:p w:rsidR="002C584E" w:rsidRDefault="002C584E">
      <w:pPr>
        <w:spacing w:after="20"/>
        <w:rPr>
          <w:lang w:val="uk-UA"/>
        </w:rPr>
      </w:pPr>
    </w:p>
    <w:p w:rsidR="002C584E" w:rsidRPr="002C584E" w:rsidRDefault="002C584E">
      <w:pPr>
        <w:spacing w:after="20"/>
        <w:rPr>
          <w:lang w:val="uk-UA"/>
        </w:rPr>
      </w:pP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lastRenderedPageBreak/>
        <w:t>Списки вихователів закладів дошкільної освіти</w:t>
      </w:r>
      <w:r w:rsidR="002C584E">
        <w:rPr>
          <w:lang w:val="uk-UA"/>
        </w:rPr>
        <w:t>,</w:t>
      </w:r>
    </w:p>
    <w:p w:rsidR="002F3617" w:rsidRPr="002C584E" w:rsidRDefault="002D2C50">
      <w:pPr>
        <w:rPr>
          <w:lang w:val="uk-UA"/>
        </w:rPr>
      </w:pPr>
      <w:r w:rsidRPr="002C584E">
        <w:rPr>
          <w:lang w:val="uk-UA"/>
        </w:rPr>
        <w:t xml:space="preserve">які атестуються атестаційною комісією управління освіти </w:t>
      </w: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ради черговим порядком у</w:t>
      </w:r>
      <w:r w:rsidRPr="002C584E">
        <w:rPr>
          <w:lang w:val="uk-UA"/>
        </w:rPr>
        <w:t xml:space="preserve"> 2027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3604"/>
        <w:gridCol w:w="5833"/>
      </w:tblGrid>
      <w:tr w:rsidR="002F3617" w:rsidRPr="002C584E">
        <w:trPr>
          <w:tblHeader/>
          <w:jc w:val="center"/>
        </w:trPr>
        <w:tc>
          <w:tcPr>
            <w:tcW w:w="64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№</w:t>
            </w:r>
          </w:p>
        </w:tc>
        <w:tc>
          <w:tcPr>
            <w:tcW w:w="374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ПІБ</w:t>
            </w:r>
          </w:p>
        </w:tc>
        <w:tc>
          <w:tcPr>
            <w:tcW w:w="61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Посада, заклад освіти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1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44312E">
            <w:pPr>
              <w:spacing w:before="20" w:after="20"/>
              <w:rPr>
                <w:lang w:val="uk-UA"/>
              </w:rPr>
            </w:pPr>
            <w:proofErr w:type="spellStart"/>
            <w:r>
              <w:rPr>
                <w:sz w:val="19"/>
                <w:lang w:val="uk-UA"/>
              </w:rPr>
              <w:t>Позняк</w:t>
            </w:r>
            <w:proofErr w:type="spellEnd"/>
            <w:r>
              <w:rPr>
                <w:sz w:val="19"/>
                <w:lang w:val="uk-UA"/>
              </w:rPr>
              <w:t xml:space="preserve"> (</w:t>
            </w:r>
            <w:r w:rsidR="002D2C50" w:rsidRPr="002C584E">
              <w:rPr>
                <w:sz w:val="19"/>
                <w:lang w:val="uk-UA"/>
              </w:rPr>
              <w:t>Корінна</w:t>
            </w:r>
            <w:r>
              <w:rPr>
                <w:sz w:val="19"/>
                <w:lang w:val="uk-UA"/>
              </w:rPr>
              <w:t>)</w:t>
            </w:r>
            <w:bookmarkStart w:id="0" w:name="_GoBack"/>
            <w:bookmarkEnd w:id="0"/>
            <w:r w:rsidR="002D2C50" w:rsidRPr="002C584E">
              <w:rPr>
                <w:sz w:val="19"/>
                <w:lang w:val="uk-UA"/>
              </w:rPr>
              <w:t xml:space="preserve"> Анжела Юріївна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вихователь </w:t>
            </w:r>
            <w:proofErr w:type="spellStart"/>
            <w:r w:rsidRPr="002C584E">
              <w:rPr>
                <w:sz w:val="19"/>
                <w:lang w:val="uk-UA"/>
              </w:rPr>
              <w:t>Новоодеського</w:t>
            </w:r>
            <w:proofErr w:type="spellEnd"/>
            <w:r w:rsidRPr="002C584E">
              <w:rPr>
                <w:sz w:val="19"/>
                <w:lang w:val="uk-UA"/>
              </w:rPr>
              <w:t xml:space="preserve"> ЗДО № 2;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2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Самойленко Тетяна Іванівна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вихователь Троїцького ЗДО;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3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Шкільнюк</w:t>
            </w:r>
            <w:proofErr w:type="spellEnd"/>
            <w:r w:rsidRPr="002C584E">
              <w:rPr>
                <w:sz w:val="19"/>
                <w:lang w:val="uk-UA"/>
              </w:rPr>
              <w:t xml:space="preserve"> Олена Михайлівна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вихователь Михайлівського ЗДО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4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Стройко</w:t>
            </w:r>
            <w:proofErr w:type="spellEnd"/>
            <w:r w:rsidRPr="002C584E">
              <w:rPr>
                <w:sz w:val="19"/>
                <w:lang w:val="uk-UA"/>
              </w:rPr>
              <w:t xml:space="preserve"> Олена Олександрівна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вихователь </w:t>
            </w:r>
            <w:proofErr w:type="spellStart"/>
            <w:r w:rsidRPr="002C584E">
              <w:rPr>
                <w:sz w:val="19"/>
                <w:lang w:val="uk-UA"/>
              </w:rPr>
              <w:t>Новоодеського</w:t>
            </w:r>
            <w:proofErr w:type="spellEnd"/>
            <w:r w:rsidRPr="002C584E">
              <w:rPr>
                <w:sz w:val="19"/>
                <w:lang w:val="uk-UA"/>
              </w:rPr>
              <w:t xml:space="preserve"> ЗДО № 5;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5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Дорошенко Яна Віталіївна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практичний психолог </w:t>
            </w:r>
            <w:proofErr w:type="spellStart"/>
            <w:r w:rsidRPr="002C584E">
              <w:rPr>
                <w:sz w:val="19"/>
                <w:lang w:val="uk-UA"/>
              </w:rPr>
              <w:t>Новоодеського</w:t>
            </w:r>
            <w:proofErr w:type="spellEnd"/>
            <w:r w:rsidRPr="002C584E">
              <w:rPr>
                <w:sz w:val="19"/>
                <w:lang w:val="uk-UA"/>
              </w:rPr>
              <w:t xml:space="preserve"> ЗДО № 5;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6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Ільїна Олена Анатоліївна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вихователь </w:t>
            </w:r>
            <w:proofErr w:type="spellStart"/>
            <w:r w:rsidRPr="002C584E">
              <w:rPr>
                <w:sz w:val="19"/>
                <w:lang w:val="uk-UA"/>
              </w:rPr>
              <w:t>Новоодеського</w:t>
            </w:r>
            <w:proofErr w:type="spellEnd"/>
            <w:r w:rsidRPr="002C584E">
              <w:rPr>
                <w:sz w:val="19"/>
                <w:lang w:val="uk-UA"/>
              </w:rPr>
              <w:t xml:space="preserve"> ЗДО № 5.</w:t>
            </w:r>
          </w:p>
        </w:tc>
      </w:tr>
    </w:tbl>
    <w:p w:rsidR="002F3617" w:rsidRPr="002C584E" w:rsidRDefault="002F3617">
      <w:pPr>
        <w:spacing w:after="20"/>
        <w:rPr>
          <w:lang w:val="uk-UA"/>
        </w:rPr>
      </w:pP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Списки працівників ЦДЮТ</w:t>
      </w:r>
      <w:r w:rsidR="002C584E">
        <w:rPr>
          <w:lang w:val="uk-UA"/>
        </w:rPr>
        <w:t>,</w:t>
      </w:r>
    </w:p>
    <w:p w:rsidR="002F3617" w:rsidRPr="002C584E" w:rsidRDefault="002D2C50" w:rsidP="002C584E">
      <w:pPr>
        <w:jc w:val="center"/>
        <w:rPr>
          <w:lang w:val="uk-UA"/>
        </w:rPr>
      </w:pPr>
      <w:r w:rsidRPr="002C584E">
        <w:rPr>
          <w:lang w:val="uk-UA"/>
        </w:rPr>
        <w:t xml:space="preserve">які атестуються атестаційною комісією управління освіти </w:t>
      </w: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</w:t>
      </w:r>
      <w:r w:rsidR="002C584E">
        <w:rPr>
          <w:lang w:val="uk-UA"/>
        </w:rPr>
        <w:t>ади черговим порядком у 2027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4291"/>
        <w:gridCol w:w="5146"/>
      </w:tblGrid>
      <w:tr w:rsidR="002F3617" w:rsidRPr="002C584E">
        <w:trPr>
          <w:tblHeader/>
          <w:jc w:val="center"/>
        </w:trPr>
        <w:tc>
          <w:tcPr>
            <w:tcW w:w="64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№</w:t>
            </w:r>
          </w:p>
        </w:tc>
        <w:tc>
          <w:tcPr>
            <w:tcW w:w="446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ПІБ</w:t>
            </w:r>
          </w:p>
        </w:tc>
        <w:tc>
          <w:tcPr>
            <w:tcW w:w="54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Посада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1</w:t>
            </w:r>
          </w:p>
        </w:tc>
        <w:tc>
          <w:tcPr>
            <w:tcW w:w="44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Гайдт-Загвойська</w:t>
            </w:r>
            <w:proofErr w:type="spellEnd"/>
            <w:r w:rsidRPr="002C584E">
              <w:rPr>
                <w:sz w:val="19"/>
                <w:lang w:val="uk-UA"/>
              </w:rPr>
              <w:t xml:space="preserve"> Ірина Валеріївна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методист, керівник гуртка;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2</w:t>
            </w:r>
          </w:p>
        </w:tc>
        <w:tc>
          <w:tcPr>
            <w:tcW w:w="44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Івлієва</w:t>
            </w:r>
            <w:proofErr w:type="spellEnd"/>
            <w:r w:rsidRPr="002C584E">
              <w:rPr>
                <w:sz w:val="19"/>
                <w:lang w:val="uk-UA"/>
              </w:rPr>
              <w:t xml:space="preserve"> Інна Петрівна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педагог-організатор, керівник гуртка;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3</w:t>
            </w:r>
          </w:p>
        </w:tc>
        <w:tc>
          <w:tcPr>
            <w:tcW w:w="44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Журавель Наталія Ярославівна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керівник гуртка «Креативне </w:t>
            </w:r>
            <w:r w:rsidRPr="002C584E">
              <w:rPr>
                <w:sz w:val="19"/>
                <w:lang w:val="uk-UA"/>
              </w:rPr>
              <w:t>рукоділля»;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4</w:t>
            </w:r>
          </w:p>
        </w:tc>
        <w:tc>
          <w:tcPr>
            <w:tcW w:w="44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Драгомарецький</w:t>
            </w:r>
            <w:proofErr w:type="spellEnd"/>
            <w:r w:rsidRPr="002C584E">
              <w:rPr>
                <w:sz w:val="19"/>
                <w:lang w:val="uk-UA"/>
              </w:rPr>
              <w:t xml:space="preserve"> Олександр Володимирович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керівник гуртка «Вокальне мистецтво».</w:t>
            </w:r>
          </w:p>
        </w:tc>
      </w:tr>
    </w:tbl>
    <w:p w:rsidR="002F3617" w:rsidRPr="002C584E" w:rsidRDefault="002F3617">
      <w:pPr>
        <w:spacing w:after="20"/>
        <w:rPr>
          <w:lang w:val="uk-UA"/>
        </w:rPr>
      </w:pP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Списки керівників закладів освіти</w:t>
      </w:r>
    </w:p>
    <w:p w:rsidR="002F3617" w:rsidRPr="002C584E" w:rsidRDefault="002D2C50" w:rsidP="002C584E">
      <w:pPr>
        <w:jc w:val="center"/>
        <w:rPr>
          <w:lang w:val="uk-UA"/>
        </w:rPr>
      </w:pP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ради, які атестуються черговим порядком у 2027 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34"/>
        <w:gridCol w:w="3592"/>
        <w:gridCol w:w="5844"/>
      </w:tblGrid>
      <w:tr w:rsidR="002F3617" w:rsidRPr="002C584E">
        <w:trPr>
          <w:tblHeader/>
          <w:jc w:val="center"/>
        </w:trPr>
        <w:tc>
          <w:tcPr>
            <w:tcW w:w="64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№</w:t>
            </w:r>
          </w:p>
        </w:tc>
        <w:tc>
          <w:tcPr>
            <w:tcW w:w="374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ПІБ</w:t>
            </w:r>
          </w:p>
        </w:tc>
        <w:tc>
          <w:tcPr>
            <w:tcW w:w="61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Посада, заклад освіти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1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proofErr w:type="spellStart"/>
            <w:r w:rsidRPr="002C584E">
              <w:rPr>
                <w:sz w:val="19"/>
                <w:lang w:val="uk-UA"/>
              </w:rPr>
              <w:t>Манчук</w:t>
            </w:r>
            <w:proofErr w:type="spellEnd"/>
            <w:r w:rsidRPr="002C584E">
              <w:rPr>
                <w:sz w:val="19"/>
                <w:lang w:val="uk-UA"/>
              </w:rPr>
              <w:t xml:space="preserve"> Ірина Юріївна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директор Троїцького ЗДО;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2</w:t>
            </w:r>
          </w:p>
        </w:tc>
        <w:tc>
          <w:tcPr>
            <w:tcW w:w="37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Вознюк Наталія Анатоліївна</w:t>
            </w:r>
          </w:p>
        </w:tc>
        <w:tc>
          <w:tcPr>
            <w:tcW w:w="61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директор Михайлівського ЗДО.</w:t>
            </w:r>
          </w:p>
        </w:tc>
      </w:tr>
    </w:tbl>
    <w:p w:rsidR="002F3617" w:rsidRPr="002C584E" w:rsidRDefault="002F3617">
      <w:pPr>
        <w:spacing w:after="20"/>
        <w:rPr>
          <w:lang w:val="uk-UA"/>
        </w:rPr>
      </w:pP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Перелік документів, які обов’язково подаються педагогічними працівниками для проведення атестації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32"/>
        <w:gridCol w:w="9438"/>
      </w:tblGrid>
      <w:tr w:rsidR="002F3617" w:rsidRPr="002C584E">
        <w:trPr>
          <w:jc w:val="center"/>
        </w:trPr>
        <w:tc>
          <w:tcPr>
            <w:tcW w:w="648" w:type="dxa"/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1.</w:t>
            </w: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Копія документа про освіту (копія диплома).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2.</w:t>
            </w: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Документ, що засвідчує педагогічний стаж: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копія трудової книжки;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відомості про трудову діяльність із реєстру застрахованих осіб Державного реєстру загальнообов’язкового державного соціального страхування;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інші документи, які відповідно до зако</w:t>
            </w:r>
            <w:r w:rsidRPr="002C584E">
              <w:rPr>
                <w:sz w:val="19"/>
                <w:lang w:val="uk-UA"/>
              </w:rPr>
              <w:t>нодавства підтверджують стаж роботи на посадах педагогічних працівників.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3.</w:t>
            </w: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Копії документів про підвищення кваліфікації, включно з витягами з протоколів про визнання результатів підвищення кваліфікації у випадках та п</w:t>
            </w:r>
            <w:r w:rsidR="002C584E">
              <w:rPr>
                <w:sz w:val="19"/>
                <w:lang w:val="uk-UA"/>
              </w:rPr>
              <w:t>орядку, визначеному пунктами 24-</w:t>
            </w:r>
            <w:r w:rsidRPr="002C584E">
              <w:rPr>
                <w:sz w:val="19"/>
                <w:lang w:val="uk-UA"/>
              </w:rPr>
              <w:t xml:space="preserve">30 </w:t>
            </w:r>
            <w:r w:rsidRPr="002C584E">
              <w:rPr>
                <w:sz w:val="19"/>
                <w:lang w:val="uk-UA"/>
              </w:rPr>
              <w:t>Порядку підвищення кваліфікації педагогічних і науково-педагогічних працівників, затвердженого постановою Кабінету Міністрів України від 21.08.2019 № 800.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4.</w:t>
            </w: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Копії документів щодо проходження попередньої атестації.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5.</w:t>
            </w: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Документи, що свідчать про педагогіч</w:t>
            </w:r>
            <w:r w:rsidRPr="002C584E">
              <w:rPr>
                <w:sz w:val="19"/>
                <w:lang w:val="uk-UA"/>
              </w:rPr>
              <w:t>ну майстерність або професійні досягнення: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дипломи, грамоти, подяки, сертифікати, що засвідчують досягнення;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програми заходів, в яких брали участь;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наказ (розпорядження) про створення робочих груп, в роботі яких брали участь;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– друковані </w:t>
            </w:r>
            <w:r w:rsidRPr="002C584E">
              <w:rPr>
                <w:sz w:val="19"/>
                <w:lang w:val="uk-UA"/>
              </w:rPr>
              <w:t>праці та посилання на їх електронні версії;</w:t>
            </w:r>
          </w:p>
        </w:tc>
      </w:tr>
      <w:tr w:rsidR="002F3617" w:rsidRPr="002C584E">
        <w:trPr>
          <w:jc w:val="center"/>
        </w:trPr>
        <w:tc>
          <w:tcPr>
            <w:tcW w:w="6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F3617">
            <w:pPr>
              <w:spacing w:after="20"/>
              <w:rPr>
                <w:lang w:val="uk-UA"/>
              </w:rPr>
            </w:pPr>
          </w:p>
        </w:tc>
        <w:tc>
          <w:tcPr>
            <w:tcW w:w="986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F3617" w:rsidRPr="002C584E" w:rsidRDefault="002D2C50">
            <w:pPr>
              <w:spacing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– інші матеріали, які прямо чи опосередковано засвідчують педагогічну майстерність та/або професійні досягнення.</w:t>
            </w:r>
          </w:p>
        </w:tc>
      </w:tr>
    </w:tbl>
    <w:p w:rsidR="002F3617" w:rsidRPr="002C584E" w:rsidRDefault="002F3617">
      <w:pPr>
        <w:rPr>
          <w:lang w:val="uk-UA"/>
        </w:rPr>
      </w:pPr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Адреса електронної пошти для подання документів</w:t>
      </w:r>
    </w:p>
    <w:p w:rsidR="002F3617" w:rsidRPr="002C584E" w:rsidRDefault="002D2C50">
      <w:pPr>
        <w:rPr>
          <w:lang w:val="uk-UA"/>
        </w:rPr>
      </w:pPr>
      <w:r w:rsidRPr="002C584E">
        <w:rPr>
          <w:lang w:val="uk-UA"/>
        </w:rPr>
        <w:t xml:space="preserve">Адреса електронної пошти для подання керівними </w:t>
      </w:r>
      <w:r w:rsidRPr="002C584E">
        <w:rPr>
          <w:lang w:val="uk-UA"/>
        </w:rPr>
        <w:t xml:space="preserve">та педагогічними працівниками документів на атестацію (у випадку подання документів електронною поштою) до атестаційної комісії управління освіти </w:t>
      </w: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ради</w:t>
      </w:r>
    </w:p>
    <w:p w:rsidR="002F3617" w:rsidRDefault="002C584E">
      <w:pPr>
        <w:jc w:val="center"/>
        <w:rPr>
          <w:b/>
          <w:color w:val="1F4E79"/>
          <w:sz w:val="24"/>
          <w:lang w:val="uk-UA"/>
        </w:rPr>
      </w:pPr>
      <w:hyperlink r:id="rId8" w:history="1">
        <w:r w:rsidRPr="00791BFA">
          <w:rPr>
            <w:rStyle w:val="aff8"/>
            <w:b/>
            <w:sz w:val="24"/>
            <w:lang w:val="uk-UA"/>
          </w:rPr>
          <w:t>osvitanovaodesa@gmail.com</w:t>
        </w:r>
      </w:hyperlink>
    </w:p>
    <w:p w:rsidR="002F3617" w:rsidRPr="002C584E" w:rsidRDefault="002D2C50" w:rsidP="002C584E">
      <w:pPr>
        <w:pStyle w:val="1"/>
        <w:jc w:val="center"/>
        <w:rPr>
          <w:lang w:val="uk-UA"/>
        </w:rPr>
      </w:pPr>
      <w:r w:rsidRPr="002C584E">
        <w:rPr>
          <w:lang w:val="uk-UA"/>
        </w:rPr>
        <w:t>Строки подання документів</w:t>
      </w:r>
    </w:p>
    <w:p w:rsidR="002F3617" w:rsidRPr="002C584E" w:rsidRDefault="002D2C50" w:rsidP="002C584E">
      <w:pPr>
        <w:jc w:val="center"/>
        <w:rPr>
          <w:lang w:val="uk-UA"/>
        </w:rPr>
      </w:pPr>
      <w:r w:rsidRPr="002C584E">
        <w:rPr>
          <w:lang w:val="uk-UA"/>
        </w:rPr>
        <w:t>на атестацію до атестаційної ком</w:t>
      </w:r>
      <w:r w:rsidRPr="002C584E">
        <w:rPr>
          <w:lang w:val="uk-UA"/>
        </w:rPr>
        <w:t xml:space="preserve">ісії управління освіти </w:t>
      </w: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ради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F3617" w:rsidRPr="002C584E">
        <w:trPr>
          <w:jc w:val="center"/>
        </w:trPr>
        <w:tc>
          <w:tcPr>
            <w:tcW w:w="10080" w:type="dxa"/>
            <w:shd w:val="clear" w:color="auto" w:fill="F2F6F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2F3617" w:rsidRPr="002C584E" w:rsidRDefault="000662CE" w:rsidP="00506EC3">
            <w:pPr>
              <w:jc w:val="center"/>
              <w:rPr>
                <w:lang w:val="uk-UA"/>
              </w:rPr>
            </w:pPr>
            <w:r>
              <w:rPr>
                <w:b/>
                <w:sz w:val="20"/>
                <w:lang w:val="uk-UA"/>
              </w:rPr>
              <w:t>до 10.11.2026 року</w:t>
            </w:r>
          </w:p>
        </w:tc>
      </w:tr>
    </w:tbl>
    <w:p w:rsidR="002F3617" w:rsidRPr="002C584E" w:rsidRDefault="002D2C50" w:rsidP="00F41F03">
      <w:pPr>
        <w:pStyle w:val="1"/>
        <w:jc w:val="center"/>
        <w:rPr>
          <w:lang w:val="uk-UA"/>
        </w:rPr>
      </w:pPr>
      <w:r w:rsidRPr="002C584E">
        <w:rPr>
          <w:lang w:val="uk-UA"/>
        </w:rPr>
        <w:t>Графік роботи атестаційної комісії</w:t>
      </w:r>
    </w:p>
    <w:p w:rsidR="002F3617" w:rsidRPr="002C584E" w:rsidRDefault="002D2C50" w:rsidP="00F41F03">
      <w:pPr>
        <w:jc w:val="center"/>
        <w:rPr>
          <w:lang w:val="uk-UA"/>
        </w:rPr>
      </w:pPr>
      <w:r w:rsidRPr="002C584E">
        <w:rPr>
          <w:lang w:val="uk-UA"/>
        </w:rPr>
        <w:t xml:space="preserve">управління освіти </w:t>
      </w:r>
      <w:proofErr w:type="spellStart"/>
      <w:r w:rsidRPr="002C584E">
        <w:rPr>
          <w:lang w:val="uk-UA"/>
        </w:rPr>
        <w:t>Новоодеської</w:t>
      </w:r>
      <w:proofErr w:type="spellEnd"/>
      <w:r w:rsidRPr="002C584E">
        <w:rPr>
          <w:lang w:val="uk-UA"/>
        </w:rPr>
        <w:t xml:space="preserve"> міської ради: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21"/>
        <w:gridCol w:w="8359"/>
      </w:tblGrid>
      <w:tr w:rsidR="002F3617" w:rsidRPr="002C584E">
        <w:trPr>
          <w:tblHeader/>
          <w:jc w:val="center"/>
        </w:trPr>
        <w:tc>
          <w:tcPr>
            <w:tcW w:w="194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Дата</w:t>
            </w:r>
          </w:p>
        </w:tc>
        <w:tc>
          <w:tcPr>
            <w:tcW w:w="856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b/>
                <w:color w:val="1F4E79"/>
                <w:sz w:val="19"/>
                <w:lang w:val="uk-UA"/>
              </w:rPr>
              <w:t>Захід</w:t>
            </w:r>
          </w:p>
        </w:tc>
      </w:tr>
      <w:tr w:rsidR="002F3617" w:rsidRPr="002C584E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09.10.2026 р.</w:t>
            </w:r>
          </w:p>
        </w:tc>
        <w:tc>
          <w:tcPr>
            <w:tcW w:w="85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складання списків педагогічних працівників, які підлягають черговій атестації, встановлення строків проведення їх атестації, складання графіка засідань атестаційної комісії;</w:t>
            </w:r>
          </w:p>
        </w:tc>
      </w:tr>
      <w:tr w:rsidR="002F3617" w:rsidRPr="002C584E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18.12.2026 р.</w:t>
            </w:r>
          </w:p>
        </w:tc>
        <w:tc>
          <w:tcPr>
            <w:tcW w:w="85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 xml:space="preserve">складання списків педагогічних працівників, </w:t>
            </w:r>
            <w:r w:rsidRPr="002C584E">
              <w:rPr>
                <w:sz w:val="19"/>
                <w:lang w:val="uk-UA"/>
              </w:rPr>
              <w:t>які підлягають позачерговій атестації у 2027 році,</w:t>
            </w:r>
          </w:p>
        </w:tc>
      </w:tr>
      <w:tr w:rsidR="002F3617" w:rsidRPr="002C584E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08.01.2027 р.</w:t>
            </w:r>
          </w:p>
        </w:tc>
        <w:tc>
          <w:tcPr>
            <w:tcW w:w="85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вивчення документів, наданих керівними та педагогічними працівниками для проходження атестації у 2027 р.</w:t>
            </w:r>
          </w:p>
        </w:tc>
      </w:tr>
      <w:tr w:rsidR="002F3617" w:rsidRPr="002C584E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09.04.2027 р.</w:t>
            </w:r>
          </w:p>
        </w:tc>
        <w:tc>
          <w:tcPr>
            <w:tcW w:w="85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2F3617" w:rsidRPr="002C584E" w:rsidRDefault="002D2C50">
            <w:pPr>
              <w:spacing w:before="20" w:after="20"/>
              <w:rPr>
                <w:lang w:val="uk-UA"/>
              </w:rPr>
            </w:pPr>
            <w:r w:rsidRPr="002C584E">
              <w:rPr>
                <w:sz w:val="19"/>
                <w:lang w:val="uk-UA"/>
              </w:rPr>
              <w:t>атестація керівних та педагогічних працівників закладів освіти.</w:t>
            </w:r>
          </w:p>
        </w:tc>
      </w:tr>
    </w:tbl>
    <w:p w:rsidR="002F3617" w:rsidRPr="002C584E" w:rsidRDefault="002F3617">
      <w:pPr>
        <w:spacing w:after="20"/>
        <w:rPr>
          <w:lang w:val="uk-UA"/>
        </w:rPr>
      </w:pPr>
    </w:p>
    <w:sectPr w:rsidR="002F3617" w:rsidRPr="002C584E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C50" w:rsidRDefault="002D2C50">
      <w:pPr>
        <w:spacing w:after="0" w:line="240" w:lineRule="auto"/>
      </w:pPr>
      <w:r>
        <w:separator/>
      </w:r>
    </w:p>
  </w:endnote>
  <w:endnote w:type="continuationSeparator" w:id="0">
    <w:p w:rsidR="002D2C50" w:rsidRDefault="002D2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17" w:rsidRPr="002C584E" w:rsidRDefault="002D2C50">
    <w:pPr>
      <w:pStyle w:val="a7"/>
      <w:jc w:val="center"/>
      <w:rPr>
        <w:lang w:val="ru-RU"/>
      </w:rPr>
    </w:pPr>
    <w:r w:rsidRPr="002C584E">
      <w:rPr>
        <w:color w:val="787878"/>
        <w:sz w:val="16"/>
        <w:lang w:val="ru-RU"/>
      </w:rPr>
      <w:t>Атестація керівних та педагогічних працівників • 2026–2027 н. р.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C50" w:rsidRDefault="002D2C50">
      <w:pPr>
        <w:spacing w:after="0" w:line="240" w:lineRule="auto"/>
      </w:pPr>
      <w:r>
        <w:separator/>
      </w:r>
    </w:p>
  </w:footnote>
  <w:footnote w:type="continuationSeparator" w:id="0">
    <w:p w:rsidR="002D2C50" w:rsidRDefault="002D2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62CE"/>
    <w:rsid w:val="0015074B"/>
    <w:rsid w:val="0029639D"/>
    <w:rsid w:val="002C584E"/>
    <w:rsid w:val="002D2C50"/>
    <w:rsid w:val="002F3617"/>
    <w:rsid w:val="00326F90"/>
    <w:rsid w:val="0044312E"/>
    <w:rsid w:val="00506EC3"/>
    <w:rsid w:val="00581591"/>
    <w:rsid w:val="005B5CF1"/>
    <w:rsid w:val="00AA1D8D"/>
    <w:rsid w:val="00AD05A3"/>
    <w:rsid w:val="00B47730"/>
    <w:rsid w:val="00CB0664"/>
    <w:rsid w:val="00DA0583"/>
    <w:rsid w:val="00F41F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A48EA4"/>
  <w14:defaultImageDpi w14:val="300"/>
  <w15:docId w15:val="{9BB186B0-CD89-4455-B893-4868E98E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73737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2C584E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06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0662CE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vitanovaodes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009B9E-82B7-47D8-9E2C-7F8460D44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Boss</cp:lastModifiedBy>
  <cp:revision>2</cp:revision>
  <cp:lastPrinted>2026-10-09T07:47:00Z</cp:lastPrinted>
  <dcterms:created xsi:type="dcterms:W3CDTF">2026-10-09T07:54:00Z</dcterms:created>
  <dcterms:modified xsi:type="dcterms:W3CDTF">2026-10-09T07:54:00Z</dcterms:modified>
  <cp:category/>
</cp:coreProperties>
</file>